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0F7A55"/>
          <w:sz w:val="18"/>
        </w:rPr>
        <w:t>Jobly · Modello CV per chi cambia lavoro dopo i 35 anni</w:t>
      </w:r>
    </w:p>
    <w:p>
      <w:pPr>
        <w:spacing w:after="160" w:before="0"/>
      </w:pPr>
      <w:r>
        <w:rPr>
          <w:b/>
          <w:i w:val="0"/>
          <w:color w:val="13233D"/>
          <w:sz w:val="40"/>
        </w:rPr>
        <w:t>Come usare questo modello</w:t>
      </w:r>
    </w:p>
    <w:p>
      <w:pPr>
        <w:spacing w:after="200" w:before="0"/>
      </w:pPr>
      <w:r>
        <w:rPr>
          <w:b w:val="0"/>
          <w:i w:val="0"/>
          <w:sz w:val="21"/>
        </w:rPr>
        <w:t>Il modello è pensato per chi ha 10, 15 o 20 anni di lavoro alle spalle e vuole cambiare. È a una colonna e senza tabelle, così lo leggono bene sia le persone sia i software che filtrano le candidature. Le righe in verde corsivo sono istruzioni: cancellale prima di inviare.</w:t>
      </w:r>
    </w:p>
    <w:p>
      <w:pPr>
        <w:spacing w:after="100" w:before="0"/>
      </w:pPr>
      <w:r>
        <w:rPr>
          <w:b/>
          <w:i w:val="0"/>
          <w:color w:val="13233D"/>
          <w:sz w:val="21"/>
        </w:rPr>
        <w:t xml:space="preserve">1. Un CV per ogni annuncio. </w:t>
      </w:r>
      <w:r>
        <w:rPr>
          <w:b w:val="0"/>
          <w:i w:val="0"/>
          <w:sz w:val="20"/>
        </w:rPr>
        <w:t>Il titolo in alto è il ruolo scritto nell'annuncio, con le stesse parole.</w:t>
      </w:r>
    </w:p>
    <w:p>
      <w:pPr>
        <w:spacing w:after="100" w:before="0"/>
      </w:pPr>
      <w:r>
        <w:rPr>
          <w:b/>
          <w:i w:val="0"/>
          <w:color w:val="13233D"/>
          <w:sz w:val="21"/>
        </w:rPr>
        <w:t xml:space="preserve">2. Due pagine al massimo. </w:t>
      </w:r>
      <w:r>
        <w:rPr>
          <w:b w:val="0"/>
          <w:i w:val="0"/>
          <w:sz w:val="20"/>
        </w:rPr>
        <w:t>Anche con 25 anni di esperienza. Le esperienze più vecchie di 15 anni vanno riassunte in una riga.</w:t>
      </w:r>
    </w:p>
    <w:p>
      <w:pPr>
        <w:spacing w:after="100" w:before="0"/>
      </w:pPr>
      <w:r>
        <w:rPr>
          <w:b/>
          <w:i w:val="0"/>
          <w:color w:val="13233D"/>
          <w:sz w:val="21"/>
        </w:rPr>
        <w:t xml:space="preserve">3. Risultati, non mansioni. </w:t>
      </w:r>
      <w:r>
        <w:rPr>
          <w:b w:val="0"/>
          <w:i w:val="0"/>
          <w:sz w:val="20"/>
        </w:rPr>
        <w:t>Ogni punto segue la formula: verbo + cosa hai fatto + un numero (quanto, quanti, in quanto tempo).</w:t>
      </w:r>
    </w:p>
    <w:p>
      <w:pPr>
        <w:spacing w:after="100" w:before="0"/>
      </w:pPr>
      <w:r>
        <w:rPr>
          <w:b/>
          <w:i w:val="0"/>
          <w:color w:val="13233D"/>
          <w:sz w:val="21"/>
        </w:rPr>
        <w:t xml:space="preserve">4. Togli data di nascita, indirizzo completo, stato civile. </w:t>
      </w:r>
      <w:r>
        <w:rPr>
          <w:b w:val="0"/>
          <w:i w:val="0"/>
          <w:sz w:val="20"/>
        </w:rPr>
        <w:t>Bastano città e provincia. La foto è facoltativa: se la metti, recente e professionale.</w:t>
      </w:r>
    </w:p>
    <w:p>
      <w:pPr>
        <w:spacing w:after="100" w:before="0"/>
      </w:pPr>
      <w:r>
        <w:rPr>
          <w:b/>
          <w:i w:val="0"/>
          <w:color w:val="13233D"/>
          <w:sz w:val="21"/>
        </w:rPr>
        <w:t xml:space="preserve">5. Copia le parole chiave dell'annuncio. </w:t>
      </w:r>
      <w:r>
        <w:rPr>
          <w:b w:val="0"/>
          <w:i w:val="0"/>
          <w:sz w:val="20"/>
        </w:rPr>
        <w:t>Strumenti, certificazioni, patentini: scritti come li scrive l'azienda, nella sezione Competenze.</w:t>
      </w:r>
    </w:p>
    <w:p>
      <w:pPr>
        <w:spacing w:after="100" w:before="0"/>
      </w:pPr>
      <w:r>
        <w:rPr>
          <w:b/>
          <w:i w:val="0"/>
          <w:color w:val="13233D"/>
          <w:sz w:val="21"/>
        </w:rPr>
        <w:t xml:space="preserve">6. Spiega i periodi di stop in una riga. </w:t>
      </w:r>
      <w:r>
        <w:rPr>
          <w:b w:val="0"/>
          <w:i w:val="0"/>
          <w:sz w:val="20"/>
        </w:rPr>
        <w:t>Figli, salute, partita IVA, cassa integrazione: una riga onesta vale più di un buco senza spiegazione.</w:t>
      </w:r>
    </w:p>
    <w:p>
      <w:pPr>
        <w:spacing w:after="100" w:before="0"/>
      </w:pPr>
      <w:r>
        <w:rPr>
          <w:b/>
          <w:i w:val="0"/>
          <w:color w:val="13233D"/>
          <w:sz w:val="21"/>
        </w:rPr>
        <w:t xml:space="preserve">7. Salva in PDF con nome e ruolo. </w:t>
      </w:r>
      <w:r>
        <w:rPr>
          <w:b w:val="0"/>
          <w:i w:val="0"/>
          <w:sz w:val="20"/>
        </w:rPr>
        <w:t>Esempio: Rossi-Marco-Manutentore.pdf. Il Word tienilo per le modifiche.</w:t>
      </w:r>
    </w:p>
    <w:p>
      <w:pPr>
        <w:spacing w:after="120" w:before="0"/>
      </w:pPr>
    </w:p>
    <w:p>
      <w:pPr>
        <w:spacing w:after="40" w:before="0"/>
      </w:pPr>
      <w:r>
        <w:rPr>
          <w:b/>
          <w:i w:val="0"/>
          <w:color w:val="13233D"/>
          <w:sz w:val="21"/>
        </w:rPr>
        <w:t xml:space="preserve">Vuoi un parere sul tuo? </w:t>
      </w:r>
      <w:r>
        <w:rPr>
          <w:b w:val="0"/>
          <w:i w:val="0"/>
          <w:sz w:val="20"/>
        </w:rPr>
        <w:t>Consulenza gratuita di 15 minuti al telefono: guardiamo il tuo CV e ti diciamo cosa blocca le chiamate. Scrivi su WhatsApp al 379 338 6763 o vai su joblycareer.com.</w:t>
        <w:br w:type="page"/>
      </w:r>
    </w:p>
    <w:p>
      <w:pPr>
        <w:spacing w:after="0" w:before="0"/>
      </w:pPr>
      <w:r>
        <w:rPr>
          <w:b/>
          <w:i w:val="0"/>
          <w:color w:val="13233D"/>
          <w:sz w:val="44"/>
        </w:rPr>
        <w:t>Nome Cognome</w:t>
      </w:r>
    </w:p>
    <w:p>
      <w:pPr>
        <w:spacing w:after="40" w:before="0"/>
      </w:pPr>
      <w:r>
        <w:rPr>
          <w:b/>
          <w:i w:val="0"/>
          <w:color w:val="0F7A55"/>
          <w:sz w:val="25"/>
        </w:rPr>
        <w:t>Ruolo che cerchi, con le parole dell'annuncio</w:t>
      </w:r>
    </w:p>
    <w:p>
      <w:pPr>
        <w:spacing w:after="80" w:before="0"/>
      </w:pPr>
      <w:r>
        <w:rPr>
          <w:b w:val="0"/>
          <w:i w:val="0"/>
          <w:color w:val="5B6370"/>
          <w:sz w:val="19"/>
        </w:rPr>
        <w:t>Città (Provincia)  ·  333 000 0000  ·  nome.cognome@email.it  ·  linkedin.com/in/nomecognome</w:t>
      </w:r>
    </w:p>
    <w:p>
      <w:pPr>
        <w:spacing w:after="80" w:before="140"/>
        <w:pBdr>
          <w:bottom w:val="single" w:sz="6" w:space="2" w:color="13233D"/>
        </w:pBdr>
      </w:pPr>
      <w:r>
        <w:rPr>
          <w:b/>
          <w:i w:val="0"/>
          <w:color w:val="13233D"/>
          <w:sz w:val="21"/>
        </w:rPr>
        <w:t>PROFILO</w:t>
      </w:r>
    </w:p>
    <w:p>
      <w:pPr>
        <w:spacing w:after="60" w:before="0"/>
      </w:pPr>
      <w:r>
        <w:rPr>
          <w:b w:val="0"/>
          <w:i/>
          <w:color w:val="0F7A55"/>
          <w:sz w:val="18"/>
        </w:rPr>
        <w:t>3 righe. Formula: ruolo + anni + settore, un risultato con un numero, cosa cerchi adesso.</w:t>
      </w:r>
    </w:p>
    <w:p>
      <w:pPr>
        <w:spacing w:after="40" w:before="0"/>
      </w:pPr>
      <w:r>
        <w:rPr>
          <w:b w:val="0"/>
          <w:i w:val="0"/>
          <w:sz w:val="21"/>
        </w:rPr>
        <w:t>Manutentore meccanico con 17 anni in aziende di confezionamento alimentare. Ho ridotto i fermi macchina da 9 a 5 ore al mese su 3 linee e formato 4 colleghi. Cerco un ruolo da tecnico di manutenzione in un'azienda con impianti automatizzati.</w:t>
      </w:r>
    </w:p>
    <w:p>
      <w:pPr>
        <w:spacing w:after="80" w:before="140"/>
        <w:pBdr>
          <w:bottom w:val="single" w:sz="6" w:space="2" w:color="13233D"/>
        </w:pBdr>
      </w:pPr>
      <w:r>
        <w:rPr>
          <w:b/>
          <w:i w:val="0"/>
          <w:color w:val="13233D"/>
          <w:sz w:val="21"/>
        </w:rPr>
        <w:t>COMPETENZE CHIAVE</w:t>
      </w:r>
    </w:p>
    <w:p>
      <w:pPr>
        <w:spacing w:after="60" w:before="0"/>
      </w:pPr>
      <w:r>
        <w:rPr>
          <w:b w:val="0"/>
          <w:i/>
          <w:color w:val="0F7A55"/>
          <w:sz w:val="18"/>
        </w:rPr>
        <w:t>8-10 parole chiave copiate dall'annuncio, separate da un punto medio.</w:t>
      </w:r>
    </w:p>
    <w:p>
      <w:pPr>
        <w:spacing w:after="40" w:before="0"/>
      </w:pPr>
      <w:r>
        <w:rPr>
          <w:b w:val="0"/>
          <w:i w:val="0"/>
          <w:sz w:val="21"/>
        </w:rPr>
        <w:t>Manutenzione preventiva  ·  Lettura schemi elettrici  ·  PLC Siemens S7  ·  Pneumatica  ·  Saldatura TIG  ·  Gestione ricambi  ·  Sicurezza D.Lgs. 81/08  ·  Formazione colleghi</w:t>
      </w:r>
    </w:p>
    <w:p>
      <w:pPr>
        <w:spacing w:after="80" w:before="140"/>
        <w:pBdr>
          <w:bottom w:val="single" w:sz="6" w:space="2" w:color="13233D"/>
        </w:pBdr>
      </w:pPr>
      <w:r>
        <w:rPr>
          <w:b/>
          <w:i w:val="0"/>
          <w:color w:val="13233D"/>
          <w:sz w:val="21"/>
        </w:rPr>
        <w:t>ESPERIENZA</w:t>
      </w:r>
    </w:p>
    <w:p>
      <w:pPr>
        <w:spacing w:after="60" w:before="0"/>
      </w:pPr>
      <w:r>
        <w:rPr>
          <w:b w:val="0"/>
          <w:i/>
          <w:color w:val="0F7A55"/>
          <w:sz w:val="18"/>
        </w:rPr>
        <w:t>Dal lavoro più recente. Ultimi 15 anni nel dettaglio, 3-5 punti per ruolo, ognuno con un numero.</w:t>
      </w:r>
    </w:p>
    <w:p>
      <w:pPr>
        <w:spacing w:after="0" w:before="80"/>
      </w:pPr>
      <w:r>
        <w:rPr>
          <w:b/>
          <w:i w:val="0"/>
          <w:color w:val="13233D"/>
          <w:sz w:val="22"/>
        </w:rPr>
        <w:t>Manutentore meccanico</w:t>
      </w:r>
    </w:p>
    <w:p>
      <w:pPr>
        <w:spacing w:after="60" w:before="0"/>
      </w:pPr>
      <w:r>
        <w:rPr>
          <w:b w:val="0"/>
          <w:i w:val="0"/>
          <w:color w:val="5B6370"/>
          <w:sz w:val="19"/>
        </w:rPr>
        <w:t>Nome Azienda S.p.A.  ·  Città (Provincia)  ·  da 03/2012 a oggi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Gestito la manutenzione di 3 linee di confezionamento, riducendo i fermi da 9 a 5 ore al mese in 2 anni.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Introdotto un piano di manutenzione preventiva settimanale su 14 macchine.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Formato 4 nuovi colleghi su sicurezza e procedure di intervento.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Ridotto del 18% la spesa annua in ricambi con un inventario a scorta minima.</w:t>
      </w:r>
    </w:p>
    <w:p>
      <w:pPr>
        <w:spacing w:after="0" w:before="160"/>
      </w:pPr>
      <w:r>
        <w:rPr>
          <w:b/>
          <w:i w:val="0"/>
          <w:color w:val="13233D"/>
          <w:sz w:val="22"/>
        </w:rPr>
        <w:t>Operaio specializzato</w:t>
      </w:r>
    </w:p>
    <w:p>
      <w:pPr>
        <w:spacing w:after="60" w:before="0"/>
      </w:pPr>
      <w:r>
        <w:rPr>
          <w:b w:val="0"/>
          <w:i w:val="0"/>
          <w:color w:val="5B6370"/>
          <w:sz w:val="19"/>
        </w:rPr>
        <w:t>Nome Azienda S.r.l.  ·  Città (Provincia)  ·  da 06/2008 a 02/2012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Condotto e attrezzato 2 presse idrauliche su turni, con cambio stampo in meno di 40 minuti.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Segnalato e risolto 30 anomalie di processo con il responsabile qualità.</w:t>
      </w:r>
    </w:p>
    <w:p>
      <w:pPr>
        <w:spacing w:after="0" w:before="160"/>
      </w:pPr>
      <w:r>
        <w:rPr>
          <w:b/>
          <w:i w:val="0"/>
          <w:color w:val="13233D"/>
          <w:sz w:val="22"/>
        </w:rPr>
        <w:t>Esperienze precedenti</w:t>
      </w:r>
    </w:p>
    <w:p>
      <w:pPr>
        <w:spacing w:after="60" w:before="0"/>
      </w:pPr>
      <w:r>
        <w:rPr>
          <w:b w:val="0"/>
          <w:i/>
          <w:color w:val="0F7A55"/>
          <w:sz w:val="18"/>
        </w:rPr>
        <w:t>Tutto quello che ha più di 15 anni, in una riga.</w:t>
      </w:r>
    </w:p>
    <w:p>
      <w:pPr>
        <w:spacing w:after="40" w:before="0"/>
      </w:pPr>
      <w:r>
        <w:rPr>
          <w:b w:val="0"/>
          <w:i w:val="0"/>
          <w:sz w:val="21"/>
        </w:rPr>
        <w:t>Magazziniere e operaio di produzione in 2 aziende metalmeccaniche, dal 2001 al 2008.</w:t>
      </w:r>
    </w:p>
    <w:p>
      <w:pPr>
        <w:spacing w:after="0" w:before="160"/>
      </w:pPr>
      <w:r>
        <w:rPr>
          <w:b/>
          <w:i w:val="0"/>
          <w:color w:val="13233D"/>
          <w:sz w:val="22"/>
        </w:rPr>
        <w:t>Periodo di pausa (se c'è)</w:t>
      </w:r>
    </w:p>
    <w:p>
      <w:pPr>
        <w:spacing w:after="60" w:before="0"/>
      </w:pPr>
      <w:r>
        <w:rPr>
          <w:b w:val="0"/>
          <w:i/>
          <w:color w:val="0F7A55"/>
          <w:sz w:val="18"/>
        </w:rPr>
        <w:t>Una riga onesta, con la data. Se in quel periodo hai fatto un corso, scrivilo.</w:t>
      </w:r>
    </w:p>
    <w:p>
      <w:pPr>
        <w:spacing w:after="40" w:before="0"/>
      </w:pPr>
      <w:r>
        <w:rPr>
          <w:b w:val="0"/>
          <w:i w:val="0"/>
          <w:sz w:val="21"/>
        </w:rPr>
        <w:t>Da 01/2020 a 09/2020: pausa per motivi familiari, nel frattempo corso PLC base (40 ore).</w:t>
      </w:r>
    </w:p>
    <w:p>
      <w:pPr>
        <w:spacing w:after="80" w:before="140"/>
        <w:pBdr>
          <w:bottom w:val="single" w:sz="6" w:space="2" w:color="13233D"/>
        </w:pBdr>
      </w:pPr>
      <w:r>
        <w:rPr>
          <w:b/>
          <w:i w:val="0"/>
          <w:color w:val="13233D"/>
          <w:sz w:val="21"/>
        </w:rPr>
        <w:t>FORMAZIONE E CORSI</w:t>
      </w:r>
    </w:p>
    <w:p>
      <w:pPr>
        <w:spacing w:after="60" w:before="0"/>
      </w:pPr>
      <w:r>
        <w:rPr>
          <w:b w:val="0"/>
          <w:i/>
          <w:color w:val="0F7A55"/>
          <w:sz w:val="18"/>
        </w:rPr>
        <w:t>Prima i corsi recenti e i patentini, poi il diploma. Il voto di maturità non serve.</w:t>
      </w:r>
    </w:p>
    <w:p>
      <w:pPr>
        <w:spacing w:after="40" w:before="0"/>
      </w:pPr>
      <w:r>
        <w:rPr>
          <w:b w:val="0"/>
          <w:i w:val="0"/>
          <w:sz w:val="21"/>
        </w:rPr>
        <w:t>Patentino carrellista  ·  Ente di formazione  ·  2023</w:t>
      </w:r>
    </w:p>
    <w:p>
      <w:pPr>
        <w:spacing w:after="40" w:before="0"/>
      </w:pPr>
      <w:r>
        <w:rPr>
          <w:b w:val="0"/>
          <w:i w:val="0"/>
          <w:sz w:val="21"/>
        </w:rPr>
        <w:t>Corso PLC Siemens S7, 40 ore  ·  Ente di formazione  ·  2020</w:t>
      </w:r>
    </w:p>
    <w:p>
      <w:pPr>
        <w:spacing w:after="40" w:before="0"/>
      </w:pPr>
      <w:r>
        <w:rPr>
          <w:b w:val="0"/>
          <w:i w:val="0"/>
          <w:sz w:val="21"/>
        </w:rPr>
        <w:t>Diploma di perito meccanico  ·  Istituto tecnico, Città  ·  2000</w:t>
      </w:r>
    </w:p>
    <w:p>
      <w:pPr>
        <w:spacing w:after="80" w:before="140"/>
        <w:pBdr>
          <w:bottom w:val="single" w:sz="6" w:space="2" w:color="13233D"/>
        </w:pBdr>
      </w:pPr>
      <w:r>
        <w:rPr>
          <w:b/>
          <w:i w:val="0"/>
          <w:color w:val="13233D"/>
          <w:sz w:val="21"/>
        </w:rPr>
        <w:t>STRUMENTI E LINGUE</w:t>
      </w:r>
    </w:p>
    <w:p>
      <w:pPr>
        <w:spacing w:after="40" w:before="0"/>
      </w:pPr>
      <w:r>
        <w:rPr>
          <w:b w:val="0"/>
          <w:i w:val="0"/>
          <w:sz w:val="21"/>
        </w:rPr>
        <w:t>Excel (tabelle e filtri)  ·  Software gestionale SAP PM  ·  Inglese: lettura di manuali tecnici (A2)</w:t>
      </w:r>
    </w:p>
    <w:p>
      <w:pPr>
        <w:spacing w:after="80" w:before="140"/>
        <w:pBdr>
          <w:bottom w:val="single" w:sz="6" w:space="2" w:color="13233D"/>
        </w:pBdr>
      </w:pPr>
      <w:r>
        <w:rPr>
          <w:b/>
          <w:i w:val="0"/>
          <w:color w:val="13233D"/>
          <w:sz w:val="21"/>
        </w:rPr>
        <w:t>ALTRE INFORMAZIONI</w:t>
      </w:r>
    </w:p>
    <w:p>
      <w:pPr>
        <w:spacing w:after="40" w:before="0"/>
      </w:pPr>
      <w:r>
        <w:rPr>
          <w:b w:val="0"/>
          <w:i w:val="0"/>
          <w:sz w:val="21"/>
        </w:rPr>
        <w:t>Patente B  ·  Automunito  ·  Disponibile a turni</w:t>
      </w:r>
    </w:p>
    <w:p>
      <w:pPr>
        <w:spacing w:after="80" w:before="0"/>
      </w:pPr>
    </w:p>
    <w:p>
      <w:pPr>
        <w:spacing w:after="0" w:before="0"/>
      </w:pPr>
      <w:r>
        <w:rPr>
          <w:b w:val="0"/>
          <w:i w:val="0"/>
          <w:color w:val="5B6370"/>
          <w:sz w:val="17"/>
        </w:rPr>
        <w:t>Autorizzo il trattamento dei dati personali contenuti nel mio curriculum vitae ai sensi del Regolamento UE 2016/679 (GDPR).</w:t>
      </w:r>
    </w:p>
    <w:p>
      <w:pPr>
        <w:spacing w:after="40" w:before="0"/>
      </w:pPr>
      <w:r>
        <w:rPr>
          <w:b w:val="0"/>
          <w:i/>
          <w:color w:val="0F7A55"/>
          <w:sz w:val="16"/>
        </w:rPr>
        <w:t>Esempio con nome, aziende e numeri inventati. Sostituisci ogni riga con i tuoi dati.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